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CD4D4E3" w14:textId="77777777" w:rsidR="00A30957" w:rsidRDefault="00000000">
      <w:pPr>
        <w:autoSpaceDE w:val="0"/>
        <w:autoSpaceDN w:val="0"/>
        <w:spacing w:after="7952" w:line="220" w:lineRule="exact"/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25E7B0EC" wp14:editId="447B1E22">
            <wp:simplePos x="0" y="0"/>
            <wp:positionH relativeFrom="page">
              <wp:posOffset>205740</wp:posOffset>
            </wp:positionH>
            <wp:positionV relativeFrom="page">
              <wp:posOffset>73660</wp:posOffset>
            </wp:positionV>
            <wp:extent cx="4180840" cy="627443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627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allowOverlap="1" wp14:anchorId="423FD45F" wp14:editId="25C30812">
            <wp:simplePos x="0" y="0"/>
            <wp:positionH relativeFrom="page">
              <wp:posOffset>1879600</wp:posOffset>
            </wp:positionH>
            <wp:positionV relativeFrom="page">
              <wp:posOffset>3289300</wp:posOffset>
            </wp:positionV>
            <wp:extent cx="546100" cy="469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68" w:type="dxa"/>
        <w:tblLayout w:type="fixed"/>
        <w:tblLook w:val="04A0" w:firstRow="1" w:lastRow="0" w:firstColumn="1" w:lastColumn="0" w:noHBand="0" w:noVBand="1"/>
      </w:tblPr>
      <w:tblGrid>
        <w:gridCol w:w="2462"/>
      </w:tblGrid>
      <w:tr w:rsidR="00A30957" w14:paraId="3EC62011" w14:textId="77777777">
        <w:trPr>
          <w:trHeight w:hRule="exact" w:val="304"/>
        </w:trPr>
        <w:tc>
          <w:tcPr>
            <w:tcW w:w="2462" w:type="dxa"/>
            <w:shd w:val="clear" w:color="auto" w:fill="530A11"/>
            <w:tcMar>
              <w:left w:w="0" w:type="dxa"/>
              <w:right w:w="0" w:type="dxa"/>
            </w:tcMar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60"/>
            </w:tblGrid>
            <w:tr w:rsidR="00A30957" w14:paraId="01132C1B" w14:textId="77777777">
              <w:trPr>
                <w:trHeight w:hRule="exact" w:val="304"/>
              </w:trPr>
              <w:tc>
                <w:tcPr>
                  <w:tcW w:w="2460" w:type="dxa"/>
                  <w:shd w:val="clear" w:color="auto" w:fill="000000"/>
                  <w:tcMar>
                    <w:left w:w="0" w:type="dxa"/>
                    <w:right w:w="0" w:type="dxa"/>
                  </w:tcMar>
                </w:tcPr>
                <w:p w14:paraId="4BF7EB85" w14:textId="77777777" w:rsidR="00A30957" w:rsidRDefault="00000000">
                  <w:pPr>
                    <w:autoSpaceDE w:val="0"/>
                    <w:autoSpaceDN w:val="0"/>
                    <w:spacing w:before="60" w:after="0" w:line="233" w:lineRule="auto"/>
                    <w:jc w:val="center"/>
                  </w:pPr>
                  <w:r>
                    <w:rPr>
                      <w:rFonts w:ascii="Arimo" w:eastAsia="Arimo" w:hAnsi="Arimo"/>
                      <w:b/>
                      <w:color w:val="FFFFFF"/>
                      <w:sz w:val="18"/>
                    </w:rPr>
                    <w:t>No Excuses, Just Solutions</w:t>
                  </w:r>
                </w:p>
              </w:tc>
            </w:tr>
          </w:tbl>
          <w:p w14:paraId="578FB2AB" w14:textId="77777777" w:rsidR="00A30957" w:rsidRDefault="00A30957">
            <w:pPr>
              <w:autoSpaceDE w:val="0"/>
              <w:autoSpaceDN w:val="0"/>
              <w:spacing w:after="0" w:line="14" w:lineRule="exact"/>
            </w:pPr>
          </w:p>
        </w:tc>
      </w:tr>
    </w:tbl>
    <w:p w14:paraId="51C8F83A" w14:textId="77777777" w:rsidR="00A30957" w:rsidRDefault="00A30957">
      <w:pPr>
        <w:autoSpaceDE w:val="0"/>
        <w:autoSpaceDN w:val="0"/>
        <w:spacing w:after="0" w:line="14" w:lineRule="exact"/>
      </w:pPr>
    </w:p>
    <w:sectPr w:rsidR="00A30957" w:rsidSect="00034616">
      <w:pgSz w:w="7200" w:h="10080"/>
      <w:pgMar w:top="1440" w:right="1440" w:bottom="7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mo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19458202">
    <w:abstractNumId w:val="8"/>
  </w:num>
  <w:num w:numId="2" w16cid:durableId="2002082987">
    <w:abstractNumId w:val="6"/>
  </w:num>
  <w:num w:numId="3" w16cid:durableId="1437868535">
    <w:abstractNumId w:val="5"/>
  </w:num>
  <w:num w:numId="4" w16cid:durableId="1816289151">
    <w:abstractNumId w:val="4"/>
  </w:num>
  <w:num w:numId="5" w16cid:durableId="640886668">
    <w:abstractNumId w:val="7"/>
  </w:num>
  <w:num w:numId="6" w16cid:durableId="1030375066">
    <w:abstractNumId w:val="3"/>
  </w:num>
  <w:num w:numId="7" w16cid:durableId="1091849122">
    <w:abstractNumId w:val="2"/>
  </w:num>
  <w:num w:numId="8" w16cid:durableId="1804232493">
    <w:abstractNumId w:val="1"/>
  </w:num>
  <w:num w:numId="9" w16cid:durableId="1716658773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22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41594"/>
    <w:rsid w:val="00A30957"/>
    <w:rsid w:val="00AA1D8D"/>
    <w:rsid w:val="00AA7363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29C225"/>
  <w14:defaultImageDpi w14:val="300"/>
  <w15:docId w15:val="{3570DE50-2927-704C-9BCE-861EE2EBF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Brown, Terence (DCPS)</cp:lastModifiedBy>
  <cp:revision>2</cp:revision>
  <dcterms:created xsi:type="dcterms:W3CDTF">2026-07-05T03:17:00Z</dcterms:created>
  <dcterms:modified xsi:type="dcterms:W3CDTF">2026-07-05T03:17:00Z</dcterms:modified>
  <cp:category/>
</cp:coreProperties>
</file>