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285F2A7E" w14:textId="77777777">
        <w:trPr>
          <w:jc w:val="center"/>
        </w:trPr>
        <w:tc>
          <w:tcPr>
            <w:tcW w:w="10656" w:type="dxa"/>
            <w:tcBorders>
              <w:top w:val="single" w:sz="1" w:space="0" w:color="A7191F"/>
              <w:left w:val="single" w:sz="1" w:space="0" w:color="A7191F"/>
              <w:bottom w:val="single" w:sz="1" w:space="0" w:color="A7191F"/>
              <w:right w:val="single" w:sz="1" w:space="0" w:color="A7191F"/>
            </w:tcBorders>
            <w:shd w:val="clear" w:color="auto" w:fill="A7191F"/>
            <w:tcMar>
              <w:top w:w="150" w:type="dxa"/>
              <w:left w:w="140" w:type="dxa"/>
              <w:bottom w:w="150" w:type="dxa"/>
              <w:right w:w="140" w:type="dxa"/>
            </w:tcMar>
          </w:tcPr>
          <w:p w14:paraId="70953D57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30"/>
              </w:rPr>
              <w:t>REGULAR BELL SCHEDULE</w:t>
            </w:r>
            <w:r>
              <w:br/>
            </w:r>
            <w:r>
              <w:rPr>
                <w:color w:val="FFFFFF"/>
              </w:rPr>
              <w:t>8:40 am – 3:10 pm  •  4-minute transitions</w:t>
            </w:r>
          </w:p>
        </w:tc>
      </w:tr>
    </w:tbl>
    <w:p w14:paraId="65EDEF39" w14:textId="77777777" w:rsidR="00E13A47" w:rsidRDefault="00E13A47">
      <w:pPr>
        <w:spacing w:after="120" w:line="240" w:lineRule="auto"/>
      </w:pPr>
    </w:p>
    <w:p w14:paraId="73FF5A89" w14:textId="77777777" w:rsidR="00E13A47" w:rsidRDefault="00000000">
      <w:pPr>
        <w:keepNext/>
        <w:spacing w:after="80" w:line="240" w:lineRule="auto"/>
      </w:pPr>
      <w:r>
        <w:rPr>
          <w:b/>
          <w:sz w:val="21"/>
        </w:rPr>
        <w:t>Daily Hours at a Glance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E13A47" w14:paraId="5A2BDFE5" w14:textId="77777777">
        <w:trPr>
          <w:jc w:val="center"/>
        </w:trPr>
        <w:tc>
          <w:tcPr>
            <w:tcW w:w="5285" w:type="dxa"/>
            <w:tcBorders>
              <w:top w:val="single" w:sz="8" w:space="0" w:color="D1D5DB"/>
              <w:left w:val="single" w:sz="8" w:space="0" w:color="D1D5DB"/>
              <w:bottom w:val="single" w:sz="8" w:space="0" w:color="D1D5DB"/>
              <w:right w:val="single" w:sz="8" w:space="0" w:color="D1D5DB"/>
            </w:tcBorders>
            <w:shd w:val="clear" w:color="auto" w:fill="F8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412B23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7"/>
              </w:rPr>
              <w:t xml:space="preserve">TEACHERS  </w:t>
            </w:r>
            <w:r>
              <w:rPr>
                <w:b/>
                <w:sz w:val="20"/>
              </w:rPr>
              <w:t>8:00 am – 3:30 pm</w:t>
            </w:r>
          </w:p>
        </w:tc>
        <w:tc>
          <w:tcPr>
            <w:tcW w:w="5285" w:type="dxa"/>
            <w:tcBorders>
              <w:top w:val="single" w:sz="8" w:space="0" w:color="D1D5DB"/>
              <w:left w:val="single" w:sz="8" w:space="0" w:color="D1D5DB"/>
              <w:bottom w:val="single" w:sz="8" w:space="0" w:color="D1D5DB"/>
              <w:right w:val="single" w:sz="8" w:space="0" w:color="D1D5DB"/>
            </w:tcBorders>
            <w:shd w:val="clear" w:color="auto" w:fill="F8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20B0D0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7"/>
              </w:rPr>
              <w:t xml:space="preserve">STUDENTS  </w:t>
            </w:r>
            <w:r>
              <w:rPr>
                <w:b/>
                <w:sz w:val="20"/>
              </w:rPr>
              <w:t>8:40 am – 3:10 pm</w:t>
            </w:r>
          </w:p>
        </w:tc>
      </w:tr>
      <w:tr w:rsidR="00E13A47" w14:paraId="5618946B" w14:textId="77777777">
        <w:trPr>
          <w:jc w:val="center"/>
        </w:trPr>
        <w:tc>
          <w:tcPr>
            <w:tcW w:w="5285" w:type="dxa"/>
            <w:tcBorders>
              <w:top w:val="single" w:sz="8" w:space="0" w:color="D1D5DB"/>
              <w:left w:val="single" w:sz="8" w:space="0" w:color="D1D5DB"/>
              <w:bottom w:val="single" w:sz="8" w:space="0" w:color="D1D5DB"/>
              <w:right w:val="single" w:sz="8" w:space="0" w:color="D1D5DB"/>
            </w:tcBorders>
            <w:shd w:val="clear" w:color="auto" w:fill="F8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394734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7"/>
              </w:rPr>
              <w:t xml:space="preserve">MORNING BLOCK  </w:t>
            </w:r>
            <w:r>
              <w:rPr>
                <w:b/>
                <w:sz w:val="20"/>
              </w:rPr>
              <w:t>8:05 – 8:35 (30 minutes)</w:t>
            </w:r>
          </w:p>
        </w:tc>
        <w:tc>
          <w:tcPr>
            <w:tcW w:w="5285" w:type="dxa"/>
            <w:tcBorders>
              <w:top w:val="single" w:sz="8" w:space="0" w:color="D1D5DB"/>
              <w:left w:val="single" w:sz="8" w:space="0" w:color="D1D5DB"/>
              <w:bottom w:val="single" w:sz="8" w:space="0" w:color="D1D5DB"/>
              <w:right w:val="single" w:sz="8" w:space="0" w:color="D1D5DB"/>
            </w:tcBorders>
            <w:shd w:val="clear" w:color="auto" w:fill="F8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6D8F21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7"/>
              </w:rPr>
              <w:t xml:space="preserve">RECORD KEEPING  </w:t>
            </w:r>
            <w:r>
              <w:rPr>
                <w:b/>
                <w:sz w:val="20"/>
              </w:rPr>
              <w:t>3:10 – 3:30 (20 minutes daily)</w:t>
            </w:r>
          </w:p>
        </w:tc>
      </w:tr>
    </w:tbl>
    <w:p w14:paraId="0802A5E4" w14:textId="77777777" w:rsidR="00E13A47" w:rsidRDefault="00E13A47">
      <w:pPr>
        <w:spacing w:after="10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6696"/>
        <w:gridCol w:w="3552"/>
      </w:tblGrid>
      <w:tr w:rsidR="00E13A47" w14:paraId="3468623A" w14:textId="77777777">
        <w:trPr>
          <w:tblHeader/>
          <w:jc w:val="center"/>
        </w:trPr>
        <w:tc>
          <w:tcPr>
            <w:tcW w:w="1944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68A2C736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PERIOD / ACTIVITY</w:t>
            </w:r>
          </w:p>
        </w:tc>
        <w:tc>
          <w:tcPr>
            <w:tcW w:w="669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47C142FA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w="201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5C333AEC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CLASS LENGTH</w:t>
            </w:r>
          </w:p>
        </w:tc>
      </w:tr>
      <w:tr w:rsidR="00E13A47" w14:paraId="27A74D30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D1387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1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2EE51" w14:textId="77777777" w:rsidR="00E13A47" w:rsidRDefault="00000000">
            <w:pPr>
              <w:spacing w:line="240" w:lineRule="auto"/>
            </w:pPr>
            <w:r>
              <w:t>8:40 am – 10:02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D962F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82 minutes</w:t>
            </w:r>
          </w:p>
        </w:tc>
      </w:tr>
      <w:tr w:rsidR="00E13A47" w14:paraId="18D43CBB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8E22F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2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A044E" w14:textId="77777777" w:rsidR="00E13A47" w:rsidRDefault="00000000">
            <w:pPr>
              <w:spacing w:line="240" w:lineRule="auto"/>
            </w:pPr>
            <w:r>
              <w:t>10:06 am – 11:28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41F5F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82 minutes</w:t>
            </w:r>
          </w:p>
        </w:tc>
      </w:tr>
      <w:tr w:rsidR="00E13A47" w14:paraId="39E31838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A94C6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3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A244D" w14:textId="77777777" w:rsidR="00E13A47" w:rsidRDefault="00000000">
            <w:pPr>
              <w:spacing w:line="240" w:lineRule="auto"/>
            </w:pPr>
            <w:r>
              <w:t>11:32 am – 12:54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F9CE7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82 minutes</w:t>
            </w:r>
          </w:p>
        </w:tc>
      </w:tr>
      <w:tr w:rsidR="00E13A47" w14:paraId="52A5FF41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4EF10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</w:rPr>
              <w:t>Lunch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42709" w14:textId="77777777" w:rsidR="00E13A47" w:rsidRDefault="00000000">
            <w:pPr>
              <w:spacing w:line="240" w:lineRule="auto"/>
            </w:pPr>
            <w:r>
              <w:t>HS Lunch: 12:58 pm – 1:43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A3F2B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45 minutes</w:t>
            </w:r>
          </w:p>
        </w:tc>
      </w:tr>
      <w:tr w:rsidR="00E13A47" w14:paraId="28B4FDD7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E4804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4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D99DF" w14:textId="77777777" w:rsidR="00E13A47" w:rsidRDefault="00000000">
            <w:pPr>
              <w:spacing w:line="240" w:lineRule="auto"/>
            </w:pPr>
            <w:r>
              <w:t>1:47 pm – 3:10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4C05F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82 minutes</w:t>
            </w:r>
          </w:p>
        </w:tc>
      </w:tr>
    </w:tbl>
    <w:p w14:paraId="427AF3C0" w14:textId="77777777" w:rsidR="00E13A47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6DCE8960" w14:textId="77777777">
        <w:trPr>
          <w:jc w:val="center"/>
        </w:trPr>
        <w:tc>
          <w:tcPr>
            <w:tcW w:w="10656" w:type="dxa"/>
            <w:tcBorders>
              <w:top w:val="single" w:sz="1" w:space="0" w:color="A7191F"/>
              <w:left w:val="single" w:sz="1" w:space="0" w:color="A7191F"/>
              <w:bottom w:val="single" w:sz="1" w:space="0" w:color="A7191F"/>
              <w:right w:val="single" w:sz="1" w:space="0" w:color="A7191F"/>
            </w:tcBorders>
            <w:shd w:val="clear" w:color="auto" w:fill="A7191F"/>
            <w:tcMar>
              <w:top w:w="150" w:type="dxa"/>
              <w:left w:w="140" w:type="dxa"/>
              <w:bottom w:w="150" w:type="dxa"/>
              <w:right w:w="140" w:type="dxa"/>
            </w:tcMar>
          </w:tcPr>
          <w:p w14:paraId="01E5F401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30"/>
              </w:rPr>
              <w:lastRenderedPageBreak/>
              <w:t>FIRST DAY OF SCHOOL</w:t>
            </w:r>
            <w:r>
              <w:br/>
            </w:r>
            <w:r>
              <w:rPr>
                <w:color w:val="FFFFFF"/>
              </w:rPr>
              <w:t>Bell Schedule  •  8:40 am – 3:10 pm  •  5-minute transitions</w:t>
            </w:r>
          </w:p>
        </w:tc>
      </w:tr>
    </w:tbl>
    <w:p w14:paraId="27791EDE" w14:textId="77777777" w:rsidR="00E13A47" w:rsidRDefault="00E13A47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19128074" w14:textId="77777777">
        <w:trPr>
          <w:jc w:val="center"/>
        </w:trPr>
        <w:tc>
          <w:tcPr>
            <w:tcW w:w="10656" w:type="dxa"/>
            <w:tcBorders>
              <w:top w:val="single" w:sz="5" w:space="0" w:color="E8B9BD"/>
              <w:left w:val="single" w:sz="22" w:space="0" w:color="A7191F"/>
              <w:bottom w:val="single" w:sz="5" w:space="0" w:color="E8B9BD"/>
              <w:right w:val="single" w:sz="5" w:space="0" w:color="E8B9BD"/>
            </w:tcBorders>
            <w:shd w:val="clear" w:color="auto" w:fill="FBEAE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A1DFC5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7"/>
              </w:rPr>
              <w:t xml:space="preserve">IMPORTANT: </w:t>
            </w:r>
            <w:r>
              <w:rPr>
                <w:sz w:val="18"/>
              </w:rPr>
              <w:t>1st and 2nd days of school are the ONLY days with 5-minute transitions.</w:t>
            </w:r>
          </w:p>
        </w:tc>
      </w:tr>
    </w:tbl>
    <w:p w14:paraId="75D6AD97" w14:textId="77777777" w:rsidR="00E13A47" w:rsidRDefault="00E13A47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6696"/>
        <w:gridCol w:w="3552"/>
      </w:tblGrid>
      <w:tr w:rsidR="00E13A47" w14:paraId="46843CC5" w14:textId="77777777">
        <w:trPr>
          <w:tblHeader/>
          <w:jc w:val="center"/>
        </w:trPr>
        <w:tc>
          <w:tcPr>
            <w:tcW w:w="1944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47CE76B0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PERIOD / ACTIVITY</w:t>
            </w:r>
          </w:p>
        </w:tc>
        <w:tc>
          <w:tcPr>
            <w:tcW w:w="669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56AC08F1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w="201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20DFD893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CLASS LENGTH</w:t>
            </w:r>
          </w:p>
        </w:tc>
      </w:tr>
      <w:tr w:rsidR="00E13A47" w14:paraId="32496C19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C2256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</w:rPr>
              <w:t>Period 0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E361B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8:40 am – 9:40 am</w:t>
            </w:r>
            <w:r>
              <w:br/>
            </w:r>
            <w:r>
              <w:rPr>
                <w:sz w:val="17"/>
              </w:rPr>
              <w:t>9th Grades: Cafeteria</w:t>
            </w:r>
            <w:r>
              <w:br/>
            </w:r>
            <w:r>
              <w:rPr>
                <w:sz w:val="17"/>
              </w:rPr>
              <w:t>10th &amp; 11th Grades: Auditorium</w:t>
            </w:r>
            <w:r>
              <w:br/>
            </w:r>
            <w:r>
              <w:rPr>
                <w:sz w:val="17"/>
              </w:rPr>
              <w:t>12th Grade: Room 150</w:t>
            </w:r>
            <w:r>
              <w:br/>
            </w:r>
            <w:r>
              <w:br/>
            </w:r>
            <w:r>
              <w:rPr>
                <w:color w:val="4B5563"/>
                <w:sz w:val="16"/>
              </w:rPr>
              <w:t>*Teachers: report to Cafeteria if A1 class is 9th</w:t>
            </w:r>
            <w:r>
              <w:br/>
            </w:r>
            <w:r>
              <w:rPr>
                <w:color w:val="4B5563"/>
                <w:sz w:val="16"/>
              </w:rPr>
              <w:t>*Teachers: report to Auditorium if A1 class is 10th/11th</w:t>
            </w:r>
            <w:r>
              <w:br/>
            </w:r>
            <w:r>
              <w:rPr>
                <w:color w:val="4B5563"/>
                <w:sz w:val="16"/>
              </w:rPr>
              <w:t>*Teachers: report to Room 150 is A1 class is 12th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E5CC3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60 minutes</w:t>
            </w:r>
          </w:p>
        </w:tc>
      </w:tr>
      <w:tr w:rsidR="00E13A47" w14:paraId="513C193E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4CAF5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1</w:t>
            </w:r>
            <w:r>
              <w:rPr>
                <w:b/>
              </w:rPr>
              <w:br/>
              <w:t>(A1)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AE49C" w14:textId="77777777" w:rsidR="00E13A47" w:rsidRDefault="00000000">
            <w:pPr>
              <w:spacing w:line="240" w:lineRule="auto"/>
            </w:pPr>
            <w:r>
              <w:t>9:45 am – 10:50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0F2B7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65 minutes</w:t>
            </w:r>
          </w:p>
        </w:tc>
      </w:tr>
      <w:tr w:rsidR="00E13A47" w14:paraId="13A5A1FF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1334C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2</w:t>
            </w:r>
            <w:r>
              <w:rPr>
                <w:b/>
              </w:rPr>
              <w:br/>
              <w:t>(A2)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9A0F0" w14:textId="77777777" w:rsidR="00E13A47" w:rsidRDefault="00000000">
            <w:pPr>
              <w:spacing w:line="240" w:lineRule="auto"/>
            </w:pPr>
            <w:r>
              <w:t>10:55 am – 12:00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FBEC0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65 minutes</w:t>
            </w:r>
          </w:p>
        </w:tc>
      </w:tr>
      <w:tr w:rsidR="00E13A47" w14:paraId="3867DE44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469BC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3</w:t>
            </w:r>
            <w:r>
              <w:rPr>
                <w:b/>
              </w:rPr>
              <w:br/>
              <w:t>(A3)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930AE" w14:textId="77777777" w:rsidR="00E13A47" w:rsidRDefault="00000000">
            <w:pPr>
              <w:spacing w:line="240" w:lineRule="auto"/>
            </w:pPr>
            <w:r>
              <w:t>12:05 pm – 1:10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D65D2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65 minutes</w:t>
            </w:r>
          </w:p>
        </w:tc>
      </w:tr>
      <w:tr w:rsidR="00E13A47" w14:paraId="56033A18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69A4B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</w:rPr>
              <w:t>Lunch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9DC93" w14:textId="77777777" w:rsidR="00E13A47" w:rsidRDefault="00000000">
            <w:pPr>
              <w:spacing w:line="240" w:lineRule="auto"/>
            </w:pPr>
            <w:r>
              <w:t>HS Lunch: 1:15 pm – 2:00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FEF7B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45 minutes</w:t>
            </w:r>
          </w:p>
        </w:tc>
      </w:tr>
      <w:tr w:rsidR="00E13A47" w14:paraId="70543FD9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880A9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4</w:t>
            </w:r>
            <w:r>
              <w:rPr>
                <w:b/>
              </w:rPr>
              <w:br/>
              <w:t>(A4)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CBA59" w14:textId="77777777" w:rsidR="00E13A47" w:rsidRDefault="00000000">
            <w:pPr>
              <w:spacing w:line="240" w:lineRule="auto"/>
            </w:pPr>
            <w:r>
              <w:t>2:05 pm – 3:10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5B1D7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64 minutes</w:t>
            </w:r>
          </w:p>
        </w:tc>
      </w:tr>
    </w:tbl>
    <w:p w14:paraId="6B225141" w14:textId="77777777" w:rsidR="00E13A47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32C30220" w14:textId="77777777">
        <w:trPr>
          <w:jc w:val="center"/>
        </w:trPr>
        <w:tc>
          <w:tcPr>
            <w:tcW w:w="10656" w:type="dxa"/>
            <w:tcBorders>
              <w:top w:val="single" w:sz="1" w:space="0" w:color="A7191F"/>
              <w:left w:val="single" w:sz="1" w:space="0" w:color="A7191F"/>
              <w:bottom w:val="single" w:sz="1" w:space="0" w:color="A7191F"/>
              <w:right w:val="single" w:sz="1" w:space="0" w:color="A7191F"/>
            </w:tcBorders>
            <w:shd w:val="clear" w:color="auto" w:fill="A7191F"/>
            <w:tcMar>
              <w:top w:w="150" w:type="dxa"/>
              <w:left w:w="140" w:type="dxa"/>
              <w:bottom w:w="150" w:type="dxa"/>
              <w:right w:w="140" w:type="dxa"/>
            </w:tcMar>
          </w:tcPr>
          <w:p w14:paraId="1E941A55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30"/>
              </w:rPr>
              <w:lastRenderedPageBreak/>
              <w:t>SECOND DAY OF SCHOOL</w:t>
            </w:r>
            <w:r>
              <w:br/>
            </w:r>
            <w:r>
              <w:rPr>
                <w:color w:val="FFFFFF"/>
              </w:rPr>
              <w:t>Bell Schedule  •  8:40 am – 3:10 pm  •  5-minute transitions</w:t>
            </w:r>
          </w:p>
        </w:tc>
      </w:tr>
    </w:tbl>
    <w:p w14:paraId="7E3557E5" w14:textId="77777777" w:rsidR="00E13A47" w:rsidRDefault="00E13A47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6038956C" w14:textId="77777777">
        <w:trPr>
          <w:jc w:val="center"/>
        </w:trPr>
        <w:tc>
          <w:tcPr>
            <w:tcW w:w="10656" w:type="dxa"/>
            <w:tcBorders>
              <w:top w:val="single" w:sz="5" w:space="0" w:color="E8B9BD"/>
              <w:left w:val="single" w:sz="22" w:space="0" w:color="A7191F"/>
              <w:bottom w:val="single" w:sz="5" w:space="0" w:color="E8B9BD"/>
              <w:right w:val="single" w:sz="5" w:space="0" w:color="E8B9BD"/>
            </w:tcBorders>
            <w:shd w:val="clear" w:color="auto" w:fill="FBEAE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79D6F6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7"/>
              </w:rPr>
              <w:t xml:space="preserve">IMPORTANT: </w:t>
            </w:r>
            <w:r>
              <w:rPr>
                <w:sz w:val="18"/>
              </w:rPr>
              <w:t>1st and 2nd days of school are the ONLY days with 5-minute transitions.</w:t>
            </w:r>
          </w:p>
        </w:tc>
      </w:tr>
    </w:tbl>
    <w:p w14:paraId="75C94C50" w14:textId="77777777" w:rsidR="00E13A47" w:rsidRDefault="00E13A47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6696"/>
        <w:gridCol w:w="3552"/>
      </w:tblGrid>
      <w:tr w:rsidR="00E13A47" w14:paraId="10C42EBC" w14:textId="77777777">
        <w:trPr>
          <w:tblHeader/>
          <w:jc w:val="center"/>
        </w:trPr>
        <w:tc>
          <w:tcPr>
            <w:tcW w:w="1944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46819179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PERIOD / ACTIVITY</w:t>
            </w:r>
          </w:p>
        </w:tc>
        <w:tc>
          <w:tcPr>
            <w:tcW w:w="669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73B6A4E6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w="201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40E0F282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CLASS LENGTH</w:t>
            </w:r>
          </w:p>
        </w:tc>
      </w:tr>
      <w:tr w:rsidR="00E13A47" w14:paraId="23943C23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19D0A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</w:rPr>
              <w:t>Period 0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2720E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8:40 am – 9:40 am</w:t>
            </w:r>
            <w:r>
              <w:br/>
            </w:r>
            <w:r>
              <w:rPr>
                <w:sz w:val="17"/>
              </w:rPr>
              <w:t>9th Grades: Cafeteria</w:t>
            </w:r>
            <w:r>
              <w:br/>
            </w:r>
            <w:r>
              <w:rPr>
                <w:sz w:val="17"/>
              </w:rPr>
              <w:t>10th &amp; 11th Grades: Auditorium</w:t>
            </w:r>
            <w:r>
              <w:br/>
            </w:r>
            <w:r>
              <w:rPr>
                <w:sz w:val="17"/>
              </w:rPr>
              <w:t>12th Grade: Room 150</w:t>
            </w:r>
            <w:r>
              <w:br/>
            </w:r>
            <w:r>
              <w:br/>
            </w:r>
            <w:r>
              <w:rPr>
                <w:color w:val="4B5563"/>
                <w:sz w:val="16"/>
              </w:rPr>
              <w:t>*Teachers: report to Cafeteria if A1 class is 9th</w:t>
            </w:r>
            <w:r>
              <w:br/>
            </w:r>
            <w:r>
              <w:rPr>
                <w:color w:val="4B5563"/>
                <w:sz w:val="16"/>
              </w:rPr>
              <w:t>*Teachers: report to Auditorium if A1 class is 10th/11th</w:t>
            </w:r>
            <w:r>
              <w:br/>
            </w:r>
            <w:r>
              <w:rPr>
                <w:color w:val="4B5563"/>
                <w:sz w:val="16"/>
              </w:rPr>
              <w:t>*Teachers: report to Room 150 is A1 class is 12th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E72BA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60 minutes</w:t>
            </w:r>
          </w:p>
        </w:tc>
      </w:tr>
      <w:tr w:rsidR="00E13A47" w14:paraId="4EC66664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3DA38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1</w:t>
            </w:r>
            <w:r>
              <w:rPr>
                <w:b/>
              </w:rPr>
              <w:br/>
              <w:t>(B1)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73F1B" w14:textId="77777777" w:rsidR="00E13A47" w:rsidRDefault="00000000">
            <w:pPr>
              <w:spacing w:line="240" w:lineRule="auto"/>
            </w:pPr>
            <w:r>
              <w:t>9:45 am – 10:50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CC175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65 minutes</w:t>
            </w:r>
          </w:p>
        </w:tc>
      </w:tr>
      <w:tr w:rsidR="00E13A47" w14:paraId="056687AB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2EFB5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2</w:t>
            </w:r>
            <w:r>
              <w:rPr>
                <w:b/>
              </w:rPr>
              <w:br/>
              <w:t>(B2)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2C361" w14:textId="77777777" w:rsidR="00E13A47" w:rsidRDefault="00000000">
            <w:pPr>
              <w:spacing w:line="240" w:lineRule="auto"/>
            </w:pPr>
            <w:r>
              <w:t>10:55 am – 12:00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E24CC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65 minutes</w:t>
            </w:r>
          </w:p>
        </w:tc>
      </w:tr>
      <w:tr w:rsidR="00E13A47" w14:paraId="31143018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F71A1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3</w:t>
            </w:r>
            <w:r>
              <w:rPr>
                <w:b/>
              </w:rPr>
              <w:br/>
              <w:t>(B3)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0467" w14:textId="77777777" w:rsidR="00E13A47" w:rsidRDefault="00000000">
            <w:pPr>
              <w:spacing w:line="240" w:lineRule="auto"/>
            </w:pPr>
            <w:r>
              <w:t>12:05 pm – 1:10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0D83B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65 minutes</w:t>
            </w:r>
          </w:p>
        </w:tc>
      </w:tr>
      <w:tr w:rsidR="00E13A47" w14:paraId="0551B96E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5C855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</w:rPr>
              <w:t>Lunch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346E3" w14:textId="77777777" w:rsidR="00E13A47" w:rsidRDefault="00000000">
            <w:pPr>
              <w:spacing w:line="240" w:lineRule="auto"/>
            </w:pPr>
            <w:r>
              <w:t>HS Lunch: 1:15 pm – 2:00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33C6C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45 minutes</w:t>
            </w:r>
          </w:p>
        </w:tc>
      </w:tr>
      <w:tr w:rsidR="00E13A47" w14:paraId="4AE7790D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35B4C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4</w:t>
            </w:r>
            <w:r>
              <w:rPr>
                <w:b/>
              </w:rPr>
              <w:br/>
              <w:t>(B4)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23E23" w14:textId="77777777" w:rsidR="00E13A47" w:rsidRDefault="00000000">
            <w:pPr>
              <w:spacing w:line="240" w:lineRule="auto"/>
            </w:pPr>
            <w:r>
              <w:t>2:05 pm – 3:10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6A227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64 minutes</w:t>
            </w:r>
          </w:p>
        </w:tc>
      </w:tr>
    </w:tbl>
    <w:p w14:paraId="2D1BBB1F" w14:textId="77777777" w:rsidR="00E13A47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6D4F4456" w14:textId="77777777">
        <w:trPr>
          <w:jc w:val="center"/>
        </w:trPr>
        <w:tc>
          <w:tcPr>
            <w:tcW w:w="10656" w:type="dxa"/>
            <w:tcBorders>
              <w:top w:val="single" w:sz="1" w:space="0" w:color="A7191F"/>
              <w:left w:val="single" w:sz="1" w:space="0" w:color="A7191F"/>
              <w:bottom w:val="single" w:sz="1" w:space="0" w:color="A7191F"/>
              <w:right w:val="single" w:sz="1" w:space="0" w:color="A7191F"/>
            </w:tcBorders>
            <w:shd w:val="clear" w:color="auto" w:fill="A7191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BE64E1C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27"/>
              </w:rPr>
              <w:lastRenderedPageBreak/>
              <w:t>2-HOUR DELAY SCHEDULE</w:t>
            </w:r>
            <w:r>
              <w:br/>
            </w:r>
            <w:r>
              <w:rPr>
                <w:color w:val="FFFFFF"/>
              </w:rPr>
              <w:t>10:40 am – 3:09 pm  •  4-minute transitions</w:t>
            </w:r>
          </w:p>
        </w:tc>
      </w:tr>
    </w:tbl>
    <w:p w14:paraId="14FD91FA" w14:textId="77777777" w:rsidR="00E13A47" w:rsidRDefault="00E13A47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6696"/>
        <w:gridCol w:w="3552"/>
      </w:tblGrid>
      <w:tr w:rsidR="00E13A47" w14:paraId="3EAE66D5" w14:textId="77777777">
        <w:trPr>
          <w:tblHeader/>
          <w:jc w:val="center"/>
        </w:trPr>
        <w:tc>
          <w:tcPr>
            <w:tcW w:w="1944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D5EB86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PERIOD / ACTIVITY</w:t>
            </w:r>
          </w:p>
        </w:tc>
        <w:tc>
          <w:tcPr>
            <w:tcW w:w="669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B96D5D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w="201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A56207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CLASS LENGTH</w:t>
            </w:r>
          </w:p>
        </w:tc>
      </w:tr>
      <w:tr w:rsidR="00E13A47" w14:paraId="1B73ABE1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ABCD60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1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F2A71B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10:40 am – 11:30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01785E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50 minutes</w:t>
            </w:r>
          </w:p>
        </w:tc>
      </w:tr>
      <w:tr w:rsidR="00E13A47" w14:paraId="22701913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F95A8A3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2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733D25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11:34 am – 12:24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FD9CAB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50 minutes</w:t>
            </w:r>
          </w:p>
        </w:tc>
      </w:tr>
      <w:tr w:rsidR="00E13A47" w14:paraId="32D89311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7EB649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3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23D3D4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12:28 pm – 1:18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824688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50 minutes</w:t>
            </w:r>
          </w:p>
        </w:tc>
      </w:tr>
      <w:tr w:rsidR="00E13A47" w14:paraId="54B5CEE8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8ECDD7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8"/>
              </w:rPr>
              <w:t>Lunch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7B82B4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1:22 pm – 2:07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5205D0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45 minutes</w:t>
            </w:r>
          </w:p>
        </w:tc>
      </w:tr>
      <w:tr w:rsidR="00E13A47" w14:paraId="0397A8E4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CF8C05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4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3B91AD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2:11 pm – 3:10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508F56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58 minutes</w:t>
            </w:r>
          </w:p>
        </w:tc>
      </w:tr>
    </w:tbl>
    <w:p w14:paraId="6C36F3B7" w14:textId="77777777" w:rsidR="00E13A47" w:rsidRDefault="00E13A47">
      <w:pPr>
        <w:spacing w:after="14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4A65009F" w14:textId="77777777">
        <w:trPr>
          <w:jc w:val="center"/>
        </w:trPr>
        <w:tc>
          <w:tcPr>
            <w:tcW w:w="10656" w:type="dxa"/>
            <w:tcBorders>
              <w:top w:val="single" w:sz="1" w:space="0" w:color="A7191F"/>
              <w:left w:val="single" w:sz="1" w:space="0" w:color="A7191F"/>
              <w:bottom w:val="single" w:sz="1" w:space="0" w:color="A7191F"/>
              <w:right w:val="single" w:sz="1" w:space="0" w:color="A7191F"/>
            </w:tcBorders>
            <w:shd w:val="clear" w:color="auto" w:fill="A7191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33098DD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27"/>
              </w:rPr>
              <w:t>PM ASSEMBLY SCHEDULE</w:t>
            </w:r>
            <w:r>
              <w:br/>
            </w:r>
            <w:r>
              <w:rPr>
                <w:color w:val="FFFFFF"/>
              </w:rPr>
              <w:t>8:40 am – 3:10 pm  •  4-minute transitions</w:t>
            </w:r>
          </w:p>
        </w:tc>
      </w:tr>
    </w:tbl>
    <w:p w14:paraId="1FD59F4B" w14:textId="77777777" w:rsidR="00E13A47" w:rsidRDefault="00E13A47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57218BAC" w14:textId="77777777">
        <w:trPr>
          <w:jc w:val="center"/>
        </w:trPr>
        <w:tc>
          <w:tcPr>
            <w:tcW w:w="10656" w:type="dxa"/>
            <w:tcBorders>
              <w:top w:val="single" w:sz="5" w:space="0" w:color="E8B9BD"/>
              <w:left w:val="single" w:sz="22" w:space="0" w:color="A7191F"/>
              <w:bottom w:val="single" w:sz="5" w:space="0" w:color="E8B9BD"/>
              <w:right w:val="single" w:sz="5" w:space="0" w:color="E8B9BD"/>
            </w:tcBorders>
            <w:shd w:val="clear" w:color="auto" w:fill="FBEAE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4CB751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7"/>
              </w:rPr>
              <w:t xml:space="preserve">IMPORTANT: </w:t>
            </w:r>
            <w:r>
              <w:rPr>
                <w:sz w:val="17"/>
              </w:rPr>
              <w:t>Students attend all 4 classes, then lunch, then assembly.</w:t>
            </w:r>
          </w:p>
        </w:tc>
      </w:tr>
    </w:tbl>
    <w:p w14:paraId="3CF818E1" w14:textId="77777777" w:rsidR="00E13A47" w:rsidRDefault="00E13A47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6696"/>
        <w:gridCol w:w="3552"/>
      </w:tblGrid>
      <w:tr w:rsidR="00E13A47" w14:paraId="5D57ECB9" w14:textId="77777777">
        <w:trPr>
          <w:tblHeader/>
          <w:jc w:val="center"/>
        </w:trPr>
        <w:tc>
          <w:tcPr>
            <w:tcW w:w="1944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DF4FF3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PERIOD / ACTIVITY</w:t>
            </w:r>
          </w:p>
        </w:tc>
        <w:tc>
          <w:tcPr>
            <w:tcW w:w="669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0AD972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w="201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44BEC8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CLASS LENGTH</w:t>
            </w:r>
          </w:p>
        </w:tc>
      </w:tr>
      <w:tr w:rsidR="00E13A47" w14:paraId="65769D36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1216EF8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1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AAD9F0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8:40 am – 9:45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77AEB9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65 minutes</w:t>
            </w:r>
          </w:p>
        </w:tc>
      </w:tr>
      <w:tr w:rsidR="00E13A47" w14:paraId="63261EB5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7A0EB1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2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924941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9:49 am – 10:54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114237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65 minutes</w:t>
            </w:r>
          </w:p>
        </w:tc>
      </w:tr>
      <w:tr w:rsidR="00E13A47" w14:paraId="2AE50C9D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74E0B7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3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DDB9F3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10:58 am – 12:03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338794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65 minutes</w:t>
            </w:r>
          </w:p>
        </w:tc>
      </w:tr>
      <w:tr w:rsidR="00E13A47" w14:paraId="66718EB8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21A054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4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5108053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12:07 pm – 1:07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17A068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60 minutes</w:t>
            </w:r>
          </w:p>
        </w:tc>
      </w:tr>
      <w:tr w:rsidR="00E13A47" w14:paraId="4FA97014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7D19FD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8"/>
              </w:rPr>
              <w:t>HS Lunch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5ABD07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1:11 pm – 1:56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127F46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45 minutes</w:t>
            </w:r>
          </w:p>
        </w:tc>
      </w:tr>
      <w:tr w:rsidR="00E13A47" w14:paraId="379079D9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3D8C54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8"/>
              </w:rPr>
              <w:t>PM Assembly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E3D3CEA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2:00 pm – 3:10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56EB60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69 minutes</w:t>
            </w:r>
          </w:p>
        </w:tc>
      </w:tr>
    </w:tbl>
    <w:p w14:paraId="3C9F479C" w14:textId="77777777" w:rsidR="00E13A47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7EBEA285" w14:textId="77777777">
        <w:trPr>
          <w:jc w:val="center"/>
        </w:trPr>
        <w:tc>
          <w:tcPr>
            <w:tcW w:w="10656" w:type="dxa"/>
            <w:tcBorders>
              <w:top w:val="single" w:sz="1" w:space="0" w:color="A7191F"/>
              <w:left w:val="single" w:sz="1" w:space="0" w:color="A7191F"/>
              <w:bottom w:val="single" w:sz="1" w:space="0" w:color="A7191F"/>
              <w:right w:val="single" w:sz="1" w:space="0" w:color="A7191F"/>
            </w:tcBorders>
            <w:shd w:val="clear" w:color="auto" w:fill="A7191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58AF3FA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27"/>
              </w:rPr>
              <w:lastRenderedPageBreak/>
              <w:t>AM ASSEMBLY SCHEDULE</w:t>
            </w:r>
            <w:r>
              <w:br/>
            </w:r>
            <w:r>
              <w:rPr>
                <w:color w:val="FFFFFF"/>
              </w:rPr>
              <w:t>8:40 am – 3:10 pm  •  4-minute transitions</w:t>
            </w:r>
          </w:p>
        </w:tc>
      </w:tr>
    </w:tbl>
    <w:p w14:paraId="726DCD50" w14:textId="77777777" w:rsidR="00E13A47" w:rsidRDefault="00E13A47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6696"/>
        <w:gridCol w:w="3552"/>
      </w:tblGrid>
      <w:tr w:rsidR="00E13A47" w14:paraId="1C8DF7DD" w14:textId="77777777">
        <w:trPr>
          <w:tblHeader/>
          <w:jc w:val="center"/>
        </w:trPr>
        <w:tc>
          <w:tcPr>
            <w:tcW w:w="1944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6A5FC8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PERIOD / ACTIVITY</w:t>
            </w:r>
          </w:p>
        </w:tc>
        <w:tc>
          <w:tcPr>
            <w:tcW w:w="669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E98740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w="201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F66504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CLASS LENGTH</w:t>
            </w:r>
          </w:p>
        </w:tc>
      </w:tr>
      <w:tr w:rsidR="00E13A47" w14:paraId="37895247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6A9B1D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1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CD5DBF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8:40 am – 9:45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923F0A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65 minutes</w:t>
            </w:r>
          </w:p>
        </w:tc>
      </w:tr>
      <w:tr w:rsidR="00E13A47" w14:paraId="5B282CDC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2639FF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8"/>
              </w:rPr>
              <w:t>AM Assembly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78BBB10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9:49 am – 10:49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6941CF7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60 minutes</w:t>
            </w:r>
          </w:p>
        </w:tc>
      </w:tr>
      <w:tr w:rsidR="00E13A47" w14:paraId="050A1BB2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4DDACD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2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CFAD02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10:54 am – 11:59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2D0AF5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65 minutes</w:t>
            </w:r>
          </w:p>
        </w:tc>
      </w:tr>
      <w:tr w:rsidR="00E13A47" w14:paraId="5EF8C405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D5221A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3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8A2040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12:03 pm – 1:08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042B29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65 minutes</w:t>
            </w:r>
          </w:p>
        </w:tc>
      </w:tr>
      <w:tr w:rsidR="00E13A47" w14:paraId="21519ED1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84E4E3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8"/>
              </w:rPr>
              <w:t>HS Lunch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D4D8F9C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1:12 pm – 1:57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8B47E3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45 minutes</w:t>
            </w:r>
          </w:p>
        </w:tc>
      </w:tr>
      <w:tr w:rsidR="00E13A47" w14:paraId="2FE821B8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46791D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4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A1286C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2:01 pm – 3:10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989DBD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68 minutes</w:t>
            </w:r>
          </w:p>
        </w:tc>
      </w:tr>
    </w:tbl>
    <w:p w14:paraId="77626350" w14:textId="77777777" w:rsidR="00E13A47" w:rsidRDefault="00E13A47">
      <w:pPr>
        <w:spacing w:after="14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614F91A5" w14:textId="77777777">
        <w:trPr>
          <w:jc w:val="center"/>
        </w:trPr>
        <w:tc>
          <w:tcPr>
            <w:tcW w:w="10656" w:type="dxa"/>
            <w:tcBorders>
              <w:top w:val="single" w:sz="1" w:space="0" w:color="A7191F"/>
              <w:left w:val="single" w:sz="1" w:space="0" w:color="A7191F"/>
              <w:bottom w:val="single" w:sz="1" w:space="0" w:color="A7191F"/>
              <w:right w:val="single" w:sz="1" w:space="0" w:color="A7191F"/>
            </w:tcBorders>
            <w:shd w:val="clear" w:color="auto" w:fill="A7191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488DB3E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27"/>
              </w:rPr>
              <w:t>ADVISORY SCHEDULE</w:t>
            </w:r>
            <w:r>
              <w:br/>
            </w:r>
            <w:r>
              <w:rPr>
                <w:color w:val="FFFFFF"/>
              </w:rPr>
              <w:t>8:40 am – 3:10 pm  •  4-minute transitions</w:t>
            </w:r>
          </w:p>
        </w:tc>
      </w:tr>
    </w:tbl>
    <w:p w14:paraId="449342A7" w14:textId="77777777" w:rsidR="00E13A47" w:rsidRDefault="00E13A47">
      <w:pPr>
        <w:spacing w:after="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6696"/>
        <w:gridCol w:w="3552"/>
      </w:tblGrid>
      <w:tr w:rsidR="00E13A47" w14:paraId="3E51B234" w14:textId="77777777">
        <w:trPr>
          <w:tblHeader/>
          <w:jc w:val="center"/>
        </w:trPr>
        <w:tc>
          <w:tcPr>
            <w:tcW w:w="1944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70E718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PERIOD / ACTIVITY</w:t>
            </w:r>
          </w:p>
        </w:tc>
        <w:tc>
          <w:tcPr>
            <w:tcW w:w="669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E692B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w="201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59493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CLASS LENGTH</w:t>
            </w:r>
          </w:p>
        </w:tc>
      </w:tr>
      <w:tr w:rsidR="00E13A47" w14:paraId="6BE9B326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2E56D2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1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C59FA4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8:40 am – 9:52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8A18E4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72 minutes</w:t>
            </w:r>
          </w:p>
        </w:tc>
      </w:tr>
      <w:tr w:rsidR="00E13A47" w14:paraId="5C6E9533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8AAE37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8"/>
              </w:rPr>
              <w:t>Advisory</w:t>
            </w:r>
            <w:r>
              <w:rPr>
                <w:b/>
                <w:color w:val="A7191F"/>
                <w:sz w:val="18"/>
              </w:rPr>
              <w:br/>
              <w:t>(A1 extend)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4A661A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9:52 am – 10:32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3B9922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40 minutes</w:t>
            </w:r>
          </w:p>
        </w:tc>
      </w:tr>
      <w:tr w:rsidR="00E13A47" w14:paraId="7D12B6B3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5EBC4B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2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6A38E6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10:36 am – 11:48 am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015BD7A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72 minutes</w:t>
            </w:r>
          </w:p>
        </w:tc>
      </w:tr>
      <w:tr w:rsidR="00E13A47" w14:paraId="7ACA6852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F7F8DF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3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1368FE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11:52 am – 1:04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0AF93EA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72 minutes</w:t>
            </w:r>
          </w:p>
        </w:tc>
      </w:tr>
      <w:tr w:rsidR="00E13A47" w14:paraId="0A8BD28F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111CB5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8"/>
              </w:rPr>
              <w:t>HS Lunch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871C74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1:08 pm – 1:53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5B59AB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45 minutes</w:t>
            </w:r>
          </w:p>
        </w:tc>
      </w:tr>
      <w:tr w:rsidR="00E13A47" w14:paraId="24A5A13F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197ED5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Period 4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2384C6" w14:textId="77777777" w:rsidR="00E13A47" w:rsidRDefault="00000000">
            <w:pPr>
              <w:spacing w:line="240" w:lineRule="auto"/>
            </w:pPr>
            <w:r>
              <w:rPr>
                <w:sz w:val="17"/>
              </w:rPr>
              <w:t>1:57 pm – 3:10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AFC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A98022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7"/>
              </w:rPr>
              <w:t>72 minutes</w:t>
            </w:r>
          </w:p>
        </w:tc>
      </w:tr>
    </w:tbl>
    <w:p w14:paraId="0127C256" w14:textId="77777777" w:rsidR="00E13A47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3E7CE7C9" w14:textId="77777777">
        <w:trPr>
          <w:jc w:val="center"/>
        </w:trPr>
        <w:tc>
          <w:tcPr>
            <w:tcW w:w="10656" w:type="dxa"/>
            <w:tcBorders>
              <w:top w:val="single" w:sz="1" w:space="0" w:color="A7191F"/>
              <w:left w:val="single" w:sz="1" w:space="0" w:color="A7191F"/>
              <w:bottom w:val="single" w:sz="1" w:space="0" w:color="A7191F"/>
              <w:right w:val="single" w:sz="1" w:space="0" w:color="A7191F"/>
            </w:tcBorders>
            <w:shd w:val="clear" w:color="auto" w:fill="A7191F"/>
            <w:tcMar>
              <w:top w:w="150" w:type="dxa"/>
              <w:left w:w="140" w:type="dxa"/>
              <w:bottom w:w="150" w:type="dxa"/>
              <w:right w:w="140" w:type="dxa"/>
            </w:tcMar>
          </w:tcPr>
          <w:p w14:paraId="6D57058D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30"/>
              </w:rPr>
              <w:lastRenderedPageBreak/>
              <w:t>SAT / PSAT TESTING BELL SCHEDULE</w:t>
            </w:r>
            <w:r>
              <w:br/>
            </w:r>
            <w:r>
              <w:rPr>
                <w:color w:val="FFFFFF"/>
              </w:rPr>
              <w:t>Testing Day Schedule</w:t>
            </w:r>
          </w:p>
        </w:tc>
      </w:tr>
    </w:tbl>
    <w:p w14:paraId="58D4EF19" w14:textId="77777777" w:rsidR="00E13A47" w:rsidRDefault="00E13A47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E13A47" w14:paraId="2B9AEC36" w14:textId="77777777">
        <w:trPr>
          <w:jc w:val="center"/>
        </w:trPr>
        <w:tc>
          <w:tcPr>
            <w:tcW w:w="10656" w:type="dxa"/>
            <w:tcBorders>
              <w:top w:val="single" w:sz="5" w:space="0" w:color="E8B9BD"/>
              <w:left w:val="single" w:sz="22" w:space="0" w:color="A7191F"/>
              <w:bottom w:val="single" w:sz="5" w:space="0" w:color="E8B9BD"/>
              <w:right w:val="single" w:sz="5" w:space="0" w:color="E8B9BD"/>
            </w:tcBorders>
            <w:shd w:val="clear" w:color="auto" w:fill="FBEAE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E56D31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  <w:sz w:val="17"/>
              </w:rPr>
              <w:t xml:space="preserve">IMPORTANT: </w:t>
            </w:r>
            <w:r>
              <w:rPr>
                <w:sz w:val="18"/>
              </w:rPr>
              <w:t>Seniors will arrive at 7:00 am to have breakfast. The test will start at 8:00 am.</w:t>
            </w:r>
          </w:p>
        </w:tc>
      </w:tr>
    </w:tbl>
    <w:p w14:paraId="71648D62" w14:textId="77777777" w:rsidR="00E13A47" w:rsidRDefault="00E13A47">
      <w:pPr>
        <w:spacing w:after="1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6696"/>
        <w:gridCol w:w="3552"/>
      </w:tblGrid>
      <w:tr w:rsidR="00E13A47" w14:paraId="0187EC4B" w14:textId="77777777">
        <w:trPr>
          <w:tblHeader/>
          <w:jc w:val="center"/>
        </w:trPr>
        <w:tc>
          <w:tcPr>
            <w:tcW w:w="1944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3990EA87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PERIOD / ACTIVITY</w:t>
            </w:r>
          </w:p>
        </w:tc>
        <w:tc>
          <w:tcPr>
            <w:tcW w:w="669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07821589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TIME</w:t>
            </w:r>
          </w:p>
        </w:tc>
        <w:tc>
          <w:tcPr>
            <w:tcW w:w="2016" w:type="dxa"/>
            <w:tcBorders>
              <w:top w:val="single" w:sz="8" w:space="0" w:color="1F2937"/>
              <w:left w:val="single" w:sz="8" w:space="0" w:color="1F2937"/>
              <w:bottom w:val="single" w:sz="8" w:space="0" w:color="1F2937"/>
              <w:right w:val="single" w:sz="8" w:space="0" w:color="1F2937"/>
            </w:tcBorders>
            <w:shd w:val="clear" w:color="auto" w:fill="1F2937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2480F01A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CLASS LENGTH</w:t>
            </w:r>
          </w:p>
        </w:tc>
      </w:tr>
      <w:tr w:rsidR="00E13A47" w14:paraId="6FCB2DBF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09A5D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</w:rPr>
              <w:t>Testing</w:t>
            </w:r>
            <w:r>
              <w:rPr>
                <w:b/>
                <w:color w:val="A7191F"/>
              </w:rPr>
              <w:br/>
              <w:t>SAT (12th)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EC691" w14:textId="77777777" w:rsidR="00E13A47" w:rsidRDefault="00000000">
            <w:pPr>
              <w:spacing w:line="240" w:lineRule="auto"/>
            </w:pPr>
            <w:r>
              <w:t>8:00 am – 12:30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47361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270 minutes</w:t>
            </w:r>
          </w:p>
        </w:tc>
      </w:tr>
      <w:tr w:rsidR="00E13A47" w14:paraId="02AF5800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6EC99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</w:rPr>
              <w:t>PSAT</w:t>
            </w:r>
            <w:r>
              <w:rPr>
                <w:b/>
                <w:color w:val="A7191F"/>
              </w:rPr>
              <w:br/>
              <w:t>(9th - 11th)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9F4A" w14:textId="77777777" w:rsidR="00E13A47" w:rsidRDefault="00000000">
            <w:pPr>
              <w:spacing w:line="240" w:lineRule="auto"/>
            </w:pPr>
            <w:r>
              <w:t>8:40 am – 12:45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EE7CB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245 minutes</w:t>
            </w:r>
          </w:p>
        </w:tc>
      </w:tr>
      <w:tr w:rsidR="00E13A47" w14:paraId="60E09FC0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FB837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3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AE303" w14:textId="77777777" w:rsidR="00E13A47" w:rsidRDefault="00000000">
            <w:pPr>
              <w:spacing w:line="240" w:lineRule="auto"/>
            </w:pPr>
            <w:r>
              <w:t>12:49 pm – 1:34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3AA15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45 min</w:t>
            </w:r>
          </w:p>
        </w:tc>
      </w:tr>
      <w:tr w:rsidR="00E13A47" w14:paraId="29EEF59F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20" w:space="0" w:color="A7191F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D6477" w14:textId="77777777" w:rsidR="00E13A47" w:rsidRDefault="00000000">
            <w:pPr>
              <w:spacing w:line="240" w:lineRule="auto"/>
            </w:pPr>
            <w:r>
              <w:rPr>
                <w:b/>
                <w:color w:val="A7191F"/>
              </w:rPr>
              <w:t>HS LUNCH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3E94C" w14:textId="77777777" w:rsidR="00E13A47" w:rsidRDefault="00000000">
            <w:pPr>
              <w:spacing w:line="240" w:lineRule="auto"/>
            </w:pPr>
            <w:r>
              <w:rPr>
                <w:b/>
                <w:sz w:val="18"/>
              </w:rPr>
              <w:t>Lunch: 1:38 pm – 2:23 pm</w:t>
            </w:r>
            <w:r>
              <w:br/>
            </w:r>
            <w:r>
              <w:rPr>
                <w:b/>
                <w:color w:val="A7191F"/>
                <w:sz w:val="17"/>
              </w:rPr>
              <w:t>Seniors will not attend lunch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BEAE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9C7B4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45 min</w:t>
            </w:r>
          </w:p>
        </w:tc>
      </w:tr>
      <w:tr w:rsidR="00E13A47" w14:paraId="760DBFDE" w14:textId="77777777">
        <w:trPr>
          <w:cantSplit/>
          <w:jc w:val="center"/>
        </w:trPr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19533" w14:textId="77777777" w:rsidR="00E13A47" w:rsidRDefault="00000000">
            <w:pPr>
              <w:spacing w:line="240" w:lineRule="auto"/>
            </w:pPr>
            <w:r>
              <w:rPr>
                <w:b/>
              </w:rPr>
              <w:t>Period 4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5A776" w14:textId="77777777" w:rsidR="00E13A47" w:rsidRDefault="00000000">
            <w:pPr>
              <w:spacing w:line="240" w:lineRule="auto"/>
            </w:pPr>
            <w:r>
              <w:t>2:27 pm – 3:10 pm</w:t>
            </w:r>
          </w:p>
        </w:tc>
        <w:tc>
          <w:tcPr>
            <w:tcW w:w="355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61CDB" w14:textId="77777777" w:rsidR="00E13A47" w:rsidRDefault="00000000">
            <w:pPr>
              <w:spacing w:line="240" w:lineRule="auto"/>
              <w:jc w:val="center"/>
            </w:pPr>
            <w:r>
              <w:rPr>
                <w:b/>
                <w:sz w:val="18"/>
              </w:rPr>
              <w:t>42 min</w:t>
            </w:r>
          </w:p>
        </w:tc>
      </w:tr>
    </w:tbl>
    <w:p w14:paraId="08869E57" w14:textId="77777777" w:rsidR="00AD0C0E" w:rsidRDefault="00AD0C0E"/>
    <w:sectPr w:rsidR="00AD0C0E" w:rsidSect="00034616">
      <w:headerReference w:type="default" r:id="rId8"/>
      <w:footerReference w:type="default" r:id="rId9"/>
      <w:pgSz w:w="12240" w:h="15840"/>
      <w:pgMar w:top="1123" w:right="792" w:bottom="893" w:left="792" w:header="259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393ACB" w14:textId="77777777" w:rsidR="00AD0C0E" w:rsidRDefault="00AD0C0E">
      <w:pPr>
        <w:spacing w:line="240" w:lineRule="auto"/>
      </w:pPr>
      <w:r>
        <w:separator/>
      </w:r>
    </w:p>
  </w:endnote>
  <w:endnote w:type="continuationSeparator" w:id="0">
    <w:p w14:paraId="7EC265AA" w14:textId="77777777" w:rsidR="00AD0C0E" w:rsidRDefault="00AD0C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C7839D" w14:textId="77777777" w:rsidR="00E13A47" w:rsidRDefault="00E13A47">
    <w:pPr>
      <w:pStyle w:val="Foot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328"/>
      <w:gridCol w:w="5328"/>
    </w:tblGrid>
    <w:tr w:rsidR="00E13A47" w14:paraId="23F8F0E8" w14:textId="77777777">
      <w:trPr>
        <w:jc w:val="center"/>
      </w:trPr>
      <w:tc>
        <w:tcPr>
          <w:tcW w:w="5328" w:type="dxa"/>
          <w:tcBorders>
            <w:top w:val="single" w:sz="6" w:space="0" w:color="D1D5DB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7111120" w14:textId="77777777" w:rsidR="00E13A47" w:rsidRDefault="00000000">
          <w:pPr>
            <w:spacing w:line="240" w:lineRule="auto"/>
          </w:pPr>
          <w:r>
            <w:rPr>
              <w:color w:val="4B5563"/>
              <w:sz w:val="16"/>
            </w:rPr>
            <w:t>MTEC • 9–12 Bell Schedule Reference</w:t>
          </w:r>
        </w:p>
      </w:tc>
      <w:tc>
        <w:tcPr>
          <w:tcW w:w="5328" w:type="dxa"/>
          <w:tcBorders>
            <w:top w:val="single" w:sz="6" w:space="0" w:color="D1D5DB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4CAD276" w14:textId="77777777" w:rsidR="00E13A47" w:rsidRDefault="00000000">
          <w:pPr>
            <w:spacing w:line="240" w:lineRule="auto"/>
            <w:jc w:val="right"/>
          </w:pPr>
          <w:r>
            <w:rPr>
              <w:color w:val="4B5563"/>
              <w:sz w:val="16"/>
            </w:rPr>
            <w:t xml:space="preserve">Page </w:t>
          </w:r>
          <w:r>
            <w:rPr>
              <w:color w:val="4B5563"/>
              <w:sz w:val="16"/>
            </w:rPr>
            <w:fldChar w:fldCharType="begin"/>
          </w:r>
          <w:r>
            <w:rPr>
              <w:color w:val="4B5563"/>
              <w:sz w:val="16"/>
            </w:rPr>
            <w:instrText xml:space="preserve"> PAGE </w:instrText>
          </w:r>
          <w:r w:rsidR="002C13EF">
            <w:rPr>
              <w:color w:val="4B5563"/>
              <w:sz w:val="16"/>
            </w:rPr>
            <w:fldChar w:fldCharType="separate"/>
          </w:r>
          <w:r w:rsidR="002C13EF">
            <w:rPr>
              <w:noProof/>
              <w:color w:val="4B5563"/>
              <w:sz w:val="16"/>
            </w:rPr>
            <w:t>1</w:t>
          </w:r>
          <w:r>
            <w:rPr>
              <w:color w:val="4B5563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ADA901" w14:textId="77777777" w:rsidR="00AD0C0E" w:rsidRDefault="00AD0C0E">
      <w:pPr>
        <w:spacing w:line="240" w:lineRule="auto"/>
      </w:pPr>
      <w:r>
        <w:separator/>
      </w:r>
    </w:p>
  </w:footnote>
  <w:footnote w:type="continuationSeparator" w:id="0">
    <w:p w14:paraId="14C79D49" w14:textId="77777777" w:rsidR="00AD0C0E" w:rsidRDefault="00AD0C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28E979" w14:textId="77777777" w:rsidR="00E13A47" w:rsidRDefault="00E13A47">
    <w:pPr>
      <w:pStyle w:val="Head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328"/>
      <w:gridCol w:w="5328"/>
    </w:tblGrid>
    <w:tr w:rsidR="00E13A47" w14:paraId="2FD2BA91" w14:textId="77777777">
      <w:trPr>
        <w:jc w:val="center"/>
      </w:trPr>
      <w:tc>
        <w:tcPr>
          <w:tcW w:w="5328" w:type="dxa"/>
          <w:tcBorders>
            <w:bottom w:val="single" w:sz="14" w:space="0" w:color="A7191F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E918C91" w14:textId="77777777" w:rsidR="00E13A47" w:rsidRDefault="00000000">
          <w:r>
            <w:rPr>
              <w:noProof/>
            </w:rPr>
            <w:drawing>
              <wp:inline distT="0" distB="0" distL="0" distR="0" wp14:anchorId="46F802DA" wp14:editId="3392312C">
                <wp:extent cx="475488" cy="47548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488" cy="4754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8" w:type="dxa"/>
          <w:tcBorders>
            <w:bottom w:val="single" w:sz="14" w:space="0" w:color="A7191F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0CA66B3" w14:textId="77777777" w:rsidR="00E13A47" w:rsidRDefault="00000000">
          <w:pPr>
            <w:spacing w:line="240" w:lineRule="auto"/>
            <w:jc w:val="right"/>
          </w:pPr>
          <w:proofErr w:type="spellStart"/>
          <w:r>
            <w:rPr>
              <w:b/>
              <w:color w:val="A7191F"/>
              <w:sz w:val="20"/>
            </w:rPr>
            <w:t>McKINLEY</w:t>
          </w:r>
          <w:proofErr w:type="spellEnd"/>
          <w:r>
            <w:rPr>
              <w:b/>
              <w:color w:val="A7191F"/>
              <w:sz w:val="20"/>
            </w:rPr>
            <w:t xml:space="preserve"> TECHNOLOGY HIGH SCHOOL</w:t>
          </w:r>
          <w:r>
            <w:br/>
          </w:r>
          <w:r>
            <w:rPr>
              <w:b/>
              <w:color w:val="4B5563"/>
              <w:sz w:val="17"/>
            </w:rPr>
            <w:t>9–12 BELL SCHEDULES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3277131">
    <w:abstractNumId w:val="8"/>
  </w:num>
  <w:num w:numId="2" w16cid:durableId="456991378">
    <w:abstractNumId w:val="6"/>
  </w:num>
  <w:num w:numId="3" w16cid:durableId="2109691535">
    <w:abstractNumId w:val="5"/>
  </w:num>
  <w:num w:numId="4" w16cid:durableId="1713578331">
    <w:abstractNumId w:val="4"/>
  </w:num>
  <w:num w:numId="5" w16cid:durableId="1778065775">
    <w:abstractNumId w:val="7"/>
  </w:num>
  <w:num w:numId="6" w16cid:durableId="864056287">
    <w:abstractNumId w:val="3"/>
  </w:num>
  <w:num w:numId="7" w16cid:durableId="1214850002">
    <w:abstractNumId w:val="2"/>
  </w:num>
  <w:num w:numId="8" w16cid:durableId="1449470339">
    <w:abstractNumId w:val="1"/>
  </w:num>
  <w:num w:numId="9" w16cid:durableId="20069748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13EF"/>
    <w:rsid w:val="00326F90"/>
    <w:rsid w:val="005A476A"/>
    <w:rsid w:val="00AA1D8D"/>
    <w:rsid w:val="00AD0C0E"/>
    <w:rsid w:val="00B47730"/>
    <w:rsid w:val="00CB0664"/>
    <w:rsid w:val="00E13A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7AC0C9"/>
  <w14:defaultImageDpi w14:val="300"/>
  <w15:docId w15:val="{C7207911-F1E6-1244-AC08-066DA4FF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F2937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MTEC 9–12 Bell Schedules</dc:title>
  <dc:subject>McKinley Technology High School Bell Schedule Reference</dc:subject>
  <dc:creator>McKinley Technology High School</dc:creator>
  <cp:keywords/>
  <dc:description>generated by python-docx</dc:description>
  <cp:lastModifiedBy>Brown, Terence (DCPS)</cp:lastModifiedBy>
  <cp:revision>2</cp:revision>
  <dcterms:created xsi:type="dcterms:W3CDTF">2026-09-07T02:44:00Z</dcterms:created>
  <dcterms:modified xsi:type="dcterms:W3CDTF">2026-09-07T02:44:00Z</dcterms:modified>
  <cp:category/>
</cp:coreProperties>
</file>